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06449" w14:textId="77777777" w:rsidR="006D2B5F" w:rsidRDefault="00D56855">
      <w:pPr>
        <w:spacing w:after="40"/>
        <w:jc w:val="center"/>
      </w:pPr>
      <w:r>
        <w:rPr>
          <w:noProof/>
        </w:rPr>
        <w:drawing>
          <wp:inline distT="0" distB="0" distL="0" distR="0" wp14:anchorId="6C08BD6E" wp14:editId="26580C84">
            <wp:extent cx="1051560" cy="8543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16986.jpg"/>
                    <pic:cNvPicPr/>
                  </pic:nvPicPr>
                  <pic:blipFill>
                    <a:blip r:embed="rId8"/>
                    <a:stretch>
                      <a:fillRect/>
                    </a:stretch>
                  </pic:blipFill>
                  <pic:spPr>
                    <a:xfrm>
                      <a:off x="0" y="0"/>
                      <a:ext cx="1051560" cy="854392"/>
                    </a:xfrm>
                    <a:prstGeom prst="rect">
                      <a:avLst/>
                    </a:prstGeom>
                  </pic:spPr>
                </pic:pic>
              </a:graphicData>
            </a:graphic>
          </wp:inline>
        </w:drawing>
      </w:r>
    </w:p>
    <w:p w14:paraId="04B42363" w14:textId="77777777" w:rsidR="006D2B5F" w:rsidRDefault="00D56855">
      <w:pPr>
        <w:spacing w:after="160"/>
        <w:jc w:val="center"/>
      </w:pPr>
      <w:r>
        <w:rPr>
          <w:b/>
          <w:color w:val="000000"/>
          <w:sz w:val="28"/>
        </w:rPr>
        <w:t>ARCHITECTURAL REVIEW APPLICATION</w:t>
      </w:r>
    </w:p>
    <w:p w14:paraId="0DBE2F6F" w14:textId="77777777" w:rsidR="006D2B5F" w:rsidRDefault="00D56855">
      <w:pPr>
        <w:spacing w:after="160"/>
      </w:pPr>
      <w:r>
        <w:rPr>
          <w:color w:val="000000"/>
          <w:sz w:val="19"/>
        </w:rPr>
        <w:t>Please obtain written approval before purchasing materials or beginning exterior work. Submit one application for each project and attach all required supporting documents.</w:t>
      </w:r>
    </w:p>
    <w:p w14:paraId="542E7E14" w14:textId="77777777" w:rsidR="006D2B5F" w:rsidRDefault="00D56855">
      <w:pPr>
        <w:keepNext/>
        <w:spacing w:before="160" w:after="100"/>
      </w:pPr>
      <w:r>
        <w:rPr>
          <w:b/>
          <w:color w:val="315B3A"/>
          <w:sz w:val="22"/>
        </w:rPr>
        <w:t>1. HOMEOWNER(S) AND PROPERTY INFORMATION</w:t>
      </w:r>
    </w:p>
    <w:p w14:paraId="16A7AD6B" w14:textId="77777777" w:rsidR="006D2B5F" w:rsidRDefault="00D56855">
      <w:pPr>
        <w:spacing w:after="100"/>
      </w:pPr>
      <w:r>
        <w:rPr>
          <w:b/>
          <w:color w:val="000000"/>
        </w:rPr>
        <w:t xml:space="preserve">Property address:  </w:t>
      </w:r>
      <w:r>
        <w:rPr>
          <w:color w:val="000000"/>
        </w:rPr>
        <w:t>_______________________________________________________________</w:t>
      </w:r>
    </w:p>
    <w:tbl>
      <w:tblPr>
        <w:tblW w:w="9360" w:type="dxa"/>
        <w:tblInd w:w="120" w:type="dxa"/>
        <w:tblLayout w:type="fixed"/>
        <w:tblLook w:val="04A0" w:firstRow="1" w:lastRow="0" w:firstColumn="1" w:lastColumn="0" w:noHBand="0" w:noVBand="1"/>
      </w:tblPr>
      <w:tblGrid>
        <w:gridCol w:w="4680"/>
        <w:gridCol w:w="4680"/>
      </w:tblGrid>
      <w:tr w:rsidR="006D2B5F" w14:paraId="18F145DC" w14:textId="77777777">
        <w:tc>
          <w:tcPr>
            <w:tcW w:w="4680" w:type="dxa"/>
            <w:tcMar>
              <w:top w:w="80" w:type="dxa"/>
              <w:left w:w="120" w:type="dxa"/>
              <w:bottom w:w="80" w:type="dxa"/>
              <w:right w:w="120" w:type="dxa"/>
            </w:tcMar>
          </w:tcPr>
          <w:p w14:paraId="39B4A7C8" w14:textId="77777777" w:rsidR="006D2B5F" w:rsidRDefault="00D56855">
            <w:pPr>
              <w:spacing w:after="60"/>
            </w:pPr>
            <w:r>
              <w:rPr>
                <w:b/>
                <w:color w:val="000000"/>
                <w:sz w:val="18"/>
              </w:rPr>
              <w:t>Owner name:</w:t>
            </w:r>
            <w:r>
              <w:rPr>
                <w:b/>
                <w:color w:val="000000"/>
                <w:sz w:val="18"/>
              </w:rPr>
              <w:br/>
            </w:r>
            <w:r>
              <w:rPr>
                <w:color w:val="000000"/>
                <w:sz w:val="18"/>
              </w:rPr>
              <w:t>___________________________________</w:t>
            </w:r>
          </w:p>
        </w:tc>
        <w:tc>
          <w:tcPr>
            <w:tcW w:w="4680" w:type="dxa"/>
            <w:tcMar>
              <w:top w:w="80" w:type="dxa"/>
              <w:left w:w="120" w:type="dxa"/>
              <w:bottom w:w="80" w:type="dxa"/>
              <w:right w:w="120" w:type="dxa"/>
            </w:tcMar>
          </w:tcPr>
          <w:p w14:paraId="62956930" w14:textId="77777777" w:rsidR="006D2B5F" w:rsidRDefault="00D56855">
            <w:pPr>
              <w:spacing w:after="60"/>
            </w:pPr>
            <w:r>
              <w:rPr>
                <w:b/>
                <w:color w:val="000000"/>
                <w:sz w:val="18"/>
              </w:rPr>
              <w:t>Mailing address (if different):</w:t>
            </w:r>
            <w:r>
              <w:rPr>
                <w:b/>
                <w:color w:val="000000"/>
                <w:sz w:val="18"/>
              </w:rPr>
              <w:br/>
            </w:r>
            <w:r>
              <w:rPr>
                <w:color w:val="000000"/>
                <w:sz w:val="18"/>
              </w:rPr>
              <w:t>___________________________________</w:t>
            </w:r>
          </w:p>
        </w:tc>
      </w:tr>
      <w:tr w:rsidR="006D2B5F" w14:paraId="14F9DF76" w14:textId="77777777">
        <w:tc>
          <w:tcPr>
            <w:tcW w:w="4680" w:type="dxa"/>
            <w:tcMar>
              <w:top w:w="80" w:type="dxa"/>
              <w:left w:w="120" w:type="dxa"/>
              <w:bottom w:w="80" w:type="dxa"/>
              <w:right w:w="120" w:type="dxa"/>
            </w:tcMar>
          </w:tcPr>
          <w:p w14:paraId="7B11C037" w14:textId="77777777" w:rsidR="006D2B5F" w:rsidRDefault="00D56855">
            <w:pPr>
              <w:spacing w:after="60"/>
            </w:pPr>
            <w:r>
              <w:rPr>
                <w:b/>
                <w:color w:val="000000"/>
                <w:sz w:val="18"/>
              </w:rPr>
              <w:t>Phone:</w:t>
            </w:r>
            <w:r>
              <w:rPr>
                <w:b/>
                <w:color w:val="000000"/>
                <w:sz w:val="18"/>
              </w:rPr>
              <w:br/>
            </w:r>
            <w:r>
              <w:rPr>
                <w:color w:val="000000"/>
                <w:sz w:val="18"/>
              </w:rPr>
              <w:t>___________________________________</w:t>
            </w:r>
          </w:p>
        </w:tc>
        <w:tc>
          <w:tcPr>
            <w:tcW w:w="4680" w:type="dxa"/>
            <w:tcMar>
              <w:top w:w="80" w:type="dxa"/>
              <w:left w:w="120" w:type="dxa"/>
              <w:bottom w:w="80" w:type="dxa"/>
              <w:right w:w="120" w:type="dxa"/>
            </w:tcMar>
          </w:tcPr>
          <w:p w14:paraId="73080021" w14:textId="77777777" w:rsidR="006D2B5F" w:rsidRDefault="00D56855">
            <w:pPr>
              <w:spacing w:after="60"/>
            </w:pPr>
            <w:r>
              <w:rPr>
                <w:b/>
                <w:color w:val="000000"/>
                <w:sz w:val="18"/>
              </w:rPr>
              <w:t>Email:</w:t>
            </w:r>
            <w:r>
              <w:rPr>
                <w:b/>
                <w:color w:val="000000"/>
                <w:sz w:val="18"/>
              </w:rPr>
              <w:br/>
            </w:r>
            <w:r>
              <w:rPr>
                <w:color w:val="000000"/>
                <w:sz w:val="18"/>
              </w:rPr>
              <w:t>___________________________________</w:t>
            </w:r>
          </w:p>
        </w:tc>
      </w:tr>
    </w:tbl>
    <w:p w14:paraId="50FE73E1" w14:textId="77777777" w:rsidR="006D2B5F" w:rsidRDefault="00D56855">
      <w:pPr>
        <w:keepNext/>
        <w:spacing w:before="160" w:after="100"/>
      </w:pPr>
      <w:r>
        <w:rPr>
          <w:b/>
          <w:color w:val="315B3A"/>
          <w:sz w:val="22"/>
        </w:rPr>
        <w:t>2. PROJECT TYPE</w:t>
      </w:r>
    </w:p>
    <w:tbl>
      <w:tblPr>
        <w:tblW w:w="9360" w:type="dxa"/>
        <w:tblInd w:w="120" w:type="dxa"/>
        <w:tblBorders>
          <w:top w:val="nil"/>
          <w:left w:val="nil"/>
          <w:bottom w:val="nil"/>
          <w:right w:val="nil"/>
          <w:insideH w:val="nil"/>
          <w:insideV w:val="nil"/>
        </w:tblBorders>
        <w:tblLayout w:type="fixed"/>
        <w:tblLook w:val="04A0" w:firstRow="1" w:lastRow="0" w:firstColumn="1" w:lastColumn="0" w:noHBand="0" w:noVBand="1"/>
      </w:tblPr>
      <w:tblGrid>
        <w:gridCol w:w="4680"/>
        <w:gridCol w:w="4680"/>
      </w:tblGrid>
      <w:tr w:rsidR="006D2B5F" w14:paraId="51AEBDA8" w14:textId="77777777">
        <w:tc>
          <w:tcPr>
            <w:tcW w:w="4680" w:type="dxa"/>
            <w:tcMar>
              <w:top w:w="80" w:type="dxa"/>
              <w:left w:w="120" w:type="dxa"/>
              <w:bottom w:w="80" w:type="dxa"/>
              <w:right w:w="120" w:type="dxa"/>
            </w:tcMar>
          </w:tcPr>
          <w:p w14:paraId="4CB0598D" w14:textId="77777777" w:rsidR="006D2B5F" w:rsidRDefault="00D56855">
            <w:pPr>
              <w:spacing w:after="20"/>
            </w:pPr>
            <w:r>
              <w:rPr>
                <w:color w:val="000000"/>
                <w:sz w:val="19"/>
              </w:rPr>
              <w:t>☐</w:t>
            </w:r>
            <w:r>
              <w:rPr>
                <w:color w:val="000000"/>
                <w:sz w:val="19"/>
              </w:rPr>
              <w:t xml:space="preserve">  Fence or gate</w:t>
            </w:r>
          </w:p>
        </w:tc>
        <w:tc>
          <w:tcPr>
            <w:tcW w:w="4680" w:type="dxa"/>
            <w:tcMar>
              <w:top w:w="80" w:type="dxa"/>
              <w:left w:w="120" w:type="dxa"/>
              <w:bottom w:w="80" w:type="dxa"/>
              <w:right w:w="120" w:type="dxa"/>
            </w:tcMar>
          </w:tcPr>
          <w:p w14:paraId="246855C2" w14:textId="77777777" w:rsidR="006D2B5F" w:rsidRDefault="00D56855">
            <w:pPr>
              <w:spacing w:after="20"/>
            </w:pPr>
            <w:r>
              <w:rPr>
                <w:color w:val="000000"/>
                <w:sz w:val="19"/>
              </w:rPr>
              <w:t>☐</w:t>
            </w:r>
            <w:r>
              <w:rPr>
                <w:color w:val="000000"/>
                <w:sz w:val="19"/>
              </w:rPr>
              <w:t xml:space="preserve">  Deck, patio, porch, or pergola</w:t>
            </w:r>
          </w:p>
        </w:tc>
      </w:tr>
      <w:tr w:rsidR="006D2B5F" w14:paraId="53740BCE" w14:textId="77777777">
        <w:tc>
          <w:tcPr>
            <w:tcW w:w="4680" w:type="dxa"/>
            <w:tcMar>
              <w:top w:w="80" w:type="dxa"/>
              <w:left w:w="120" w:type="dxa"/>
              <w:bottom w:w="80" w:type="dxa"/>
              <w:right w:w="120" w:type="dxa"/>
            </w:tcMar>
          </w:tcPr>
          <w:p w14:paraId="37AEA921" w14:textId="77777777" w:rsidR="006D2B5F" w:rsidRDefault="00D56855">
            <w:pPr>
              <w:spacing w:after="20"/>
            </w:pPr>
            <w:r>
              <w:rPr>
                <w:color w:val="000000"/>
                <w:sz w:val="19"/>
              </w:rPr>
              <w:t>☐</w:t>
            </w:r>
            <w:r>
              <w:rPr>
                <w:color w:val="000000"/>
                <w:sz w:val="19"/>
              </w:rPr>
              <w:t xml:space="preserve">  Roof or gutters</w:t>
            </w:r>
          </w:p>
        </w:tc>
        <w:tc>
          <w:tcPr>
            <w:tcW w:w="4680" w:type="dxa"/>
            <w:tcMar>
              <w:top w:w="80" w:type="dxa"/>
              <w:left w:w="120" w:type="dxa"/>
              <w:bottom w:w="80" w:type="dxa"/>
              <w:right w:w="120" w:type="dxa"/>
            </w:tcMar>
          </w:tcPr>
          <w:p w14:paraId="429B1B53" w14:textId="77777777" w:rsidR="006D2B5F" w:rsidRDefault="00D56855">
            <w:pPr>
              <w:spacing w:after="20"/>
            </w:pPr>
            <w:r>
              <w:rPr>
                <w:color w:val="000000"/>
                <w:sz w:val="19"/>
              </w:rPr>
              <w:t>☐</w:t>
            </w:r>
            <w:r>
              <w:rPr>
                <w:color w:val="000000"/>
                <w:sz w:val="19"/>
              </w:rPr>
              <w:t xml:space="preserve">  Exterior paint or siding</w:t>
            </w:r>
          </w:p>
        </w:tc>
      </w:tr>
      <w:tr w:rsidR="006D2B5F" w14:paraId="67DB04DF" w14:textId="77777777">
        <w:tc>
          <w:tcPr>
            <w:tcW w:w="4680" w:type="dxa"/>
            <w:tcMar>
              <w:top w:w="80" w:type="dxa"/>
              <w:left w:w="120" w:type="dxa"/>
              <w:bottom w:w="80" w:type="dxa"/>
              <w:right w:w="120" w:type="dxa"/>
            </w:tcMar>
          </w:tcPr>
          <w:p w14:paraId="25F5B0B5" w14:textId="77777777" w:rsidR="006D2B5F" w:rsidRDefault="00D56855">
            <w:pPr>
              <w:spacing w:after="20"/>
            </w:pPr>
            <w:r>
              <w:rPr>
                <w:color w:val="000000"/>
                <w:sz w:val="19"/>
              </w:rPr>
              <w:t>☐</w:t>
            </w:r>
            <w:r>
              <w:rPr>
                <w:color w:val="000000"/>
                <w:sz w:val="19"/>
              </w:rPr>
              <w:t xml:space="preserve">  Doors or windows</w:t>
            </w:r>
          </w:p>
        </w:tc>
        <w:tc>
          <w:tcPr>
            <w:tcW w:w="4680" w:type="dxa"/>
            <w:tcMar>
              <w:top w:w="80" w:type="dxa"/>
              <w:left w:w="120" w:type="dxa"/>
              <w:bottom w:w="80" w:type="dxa"/>
              <w:right w:w="120" w:type="dxa"/>
            </w:tcMar>
          </w:tcPr>
          <w:p w14:paraId="5D88E58C" w14:textId="77777777" w:rsidR="006D2B5F" w:rsidRDefault="00D56855">
            <w:pPr>
              <w:spacing w:after="20"/>
            </w:pPr>
            <w:r>
              <w:rPr>
                <w:color w:val="000000"/>
                <w:sz w:val="19"/>
              </w:rPr>
              <w:t>☐</w:t>
            </w:r>
            <w:r>
              <w:rPr>
                <w:color w:val="000000"/>
                <w:sz w:val="19"/>
              </w:rPr>
              <w:t xml:space="preserve">  Storage shed or outbuilding</w:t>
            </w:r>
          </w:p>
        </w:tc>
      </w:tr>
      <w:tr w:rsidR="006D2B5F" w14:paraId="6C29BDDD" w14:textId="77777777">
        <w:tc>
          <w:tcPr>
            <w:tcW w:w="4680" w:type="dxa"/>
            <w:tcMar>
              <w:top w:w="80" w:type="dxa"/>
              <w:left w:w="120" w:type="dxa"/>
              <w:bottom w:w="80" w:type="dxa"/>
              <w:right w:w="120" w:type="dxa"/>
            </w:tcMar>
          </w:tcPr>
          <w:p w14:paraId="5856D71F" w14:textId="77777777" w:rsidR="006D2B5F" w:rsidRDefault="00D56855">
            <w:pPr>
              <w:spacing w:after="20"/>
            </w:pPr>
            <w:r>
              <w:rPr>
                <w:color w:val="000000"/>
                <w:sz w:val="19"/>
              </w:rPr>
              <w:t>☐</w:t>
            </w:r>
            <w:r>
              <w:rPr>
                <w:color w:val="000000"/>
                <w:sz w:val="19"/>
              </w:rPr>
              <w:t xml:space="preserve">  Pool, spa, or hot tub</w:t>
            </w:r>
          </w:p>
        </w:tc>
        <w:tc>
          <w:tcPr>
            <w:tcW w:w="4680" w:type="dxa"/>
            <w:tcMar>
              <w:top w:w="80" w:type="dxa"/>
              <w:left w:w="120" w:type="dxa"/>
              <w:bottom w:w="80" w:type="dxa"/>
              <w:right w:w="120" w:type="dxa"/>
            </w:tcMar>
          </w:tcPr>
          <w:p w14:paraId="1687A09F" w14:textId="77777777" w:rsidR="006D2B5F" w:rsidRDefault="00D56855">
            <w:pPr>
              <w:spacing w:after="20"/>
            </w:pPr>
            <w:r>
              <w:rPr>
                <w:color w:val="000000"/>
                <w:sz w:val="19"/>
              </w:rPr>
              <w:t>☐</w:t>
            </w:r>
            <w:r>
              <w:rPr>
                <w:color w:val="000000"/>
                <w:sz w:val="19"/>
              </w:rPr>
              <w:t xml:space="preserve">  Driveway or walkway</w:t>
            </w:r>
          </w:p>
        </w:tc>
      </w:tr>
      <w:tr w:rsidR="006D2B5F" w14:paraId="14F2C508" w14:textId="77777777">
        <w:tc>
          <w:tcPr>
            <w:tcW w:w="4680" w:type="dxa"/>
            <w:tcMar>
              <w:top w:w="80" w:type="dxa"/>
              <w:left w:w="120" w:type="dxa"/>
              <w:bottom w:w="80" w:type="dxa"/>
              <w:right w:w="120" w:type="dxa"/>
            </w:tcMar>
          </w:tcPr>
          <w:p w14:paraId="1865B9C7" w14:textId="77777777" w:rsidR="006D2B5F" w:rsidRDefault="00D56855">
            <w:pPr>
              <w:spacing w:after="20"/>
            </w:pPr>
            <w:r>
              <w:rPr>
                <w:color w:val="000000"/>
                <w:sz w:val="19"/>
              </w:rPr>
              <w:t>☐</w:t>
            </w:r>
            <w:r>
              <w:rPr>
                <w:color w:val="000000"/>
                <w:sz w:val="19"/>
              </w:rPr>
              <w:t xml:space="preserve">  Landscaping or retaining wall</w:t>
            </w:r>
          </w:p>
        </w:tc>
        <w:tc>
          <w:tcPr>
            <w:tcW w:w="4680" w:type="dxa"/>
            <w:tcMar>
              <w:top w:w="80" w:type="dxa"/>
              <w:left w:w="120" w:type="dxa"/>
              <w:bottom w:w="80" w:type="dxa"/>
              <w:right w:w="120" w:type="dxa"/>
            </w:tcMar>
          </w:tcPr>
          <w:p w14:paraId="1194CFC0" w14:textId="77777777" w:rsidR="006D2B5F" w:rsidRDefault="00D56855">
            <w:pPr>
              <w:spacing w:after="20"/>
            </w:pPr>
            <w:r>
              <w:rPr>
                <w:color w:val="000000"/>
                <w:sz w:val="19"/>
              </w:rPr>
              <w:t>☐</w:t>
            </w:r>
            <w:r>
              <w:rPr>
                <w:color w:val="000000"/>
                <w:sz w:val="19"/>
              </w:rPr>
              <w:t xml:space="preserve">  Solar panels or satellite equipment</w:t>
            </w:r>
          </w:p>
        </w:tc>
      </w:tr>
      <w:tr w:rsidR="006D2B5F" w14:paraId="44F19BD9" w14:textId="77777777">
        <w:tc>
          <w:tcPr>
            <w:tcW w:w="4680" w:type="dxa"/>
            <w:tcMar>
              <w:top w:w="80" w:type="dxa"/>
              <w:left w:w="120" w:type="dxa"/>
              <w:bottom w:w="80" w:type="dxa"/>
              <w:right w:w="120" w:type="dxa"/>
            </w:tcMar>
          </w:tcPr>
          <w:p w14:paraId="407D73F0" w14:textId="77777777" w:rsidR="006D2B5F" w:rsidRDefault="00D56855">
            <w:pPr>
              <w:spacing w:after="20"/>
            </w:pPr>
            <w:r>
              <w:rPr>
                <w:color w:val="000000"/>
                <w:sz w:val="19"/>
              </w:rPr>
              <w:t>☐</w:t>
            </w:r>
            <w:r>
              <w:rPr>
                <w:color w:val="000000"/>
                <w:sz w:val="19"/>
              </w:rPr>
              <w:t xml:space="preserve">  Addition or structural change</w:t>
            </w:r>
          </w:p>
        </w:tc>
        <w:tc>
          <w:tcPr>
            <w:tcW w:w="4680" w:type="dxa"/>
            <w:tcMar>
              <w:top w:w="80" w:type="dxa"/>
              <w:left w:w="120" w:type="dxa"/>
              <w:bottom w:w="80" w:type="dxa"/>
              <w:right w:w="120" w:type="dxa"/>
            </w:tcMar>
          </w:tcPr>
          <w:p w14:paraId="27D58239" w14:textId="77777777" w:rsidR="006D2B5F" w:rsidRDefault="00D56855">
            <w:pPr>
              <w:spacing w:after="20"/>
            </w:pPr>
            <w:r>
              <w:rPr>
                <w:color w:val="000000"/>
                <w:sz w:val="19"/>
              </w:rPr>
              <w:t>☐</w:t>
            </w:r>
            <w:r>
              <w:rPr>
                <w:color w:val="000000"/>
                <w:sz w:val="19"/>
              </w:rPr>
              <w:t xml:space="preserve">  Other: ____________________</w:t>
            </w:r>
          </w:p>
        </w:tc>
      </w:tr>
    </w:tbl>
    <w:p w14:paraId="03F4B731" w14:textId="77777777" w:rsidR="006D2B5F" w:rsidRDefault="00D56855">
      <w:pPr>
        <w:keepNext/>
        <w:spacing w:before="160" w:after="100"/>
      </w:pPr>
      <w:r>
        <w:rPr>
          <w:b/>
          <w:color w:val="315B3A"/>
          <w:sz w:val="22"/>
        </w:rPr>
        <w:t>3. PROJECT DESCRIPTION</w:t>
      </w:r>
    </w:p>
    <w:p w14:paraId="5E2480BB" w14:textId="77777777" w:rsidR="006D2B5F" w:rsidRDefault="00D56855">
      <w:pPr>
        <w:spacing w:after="100"/>
      </w:pPr>
      <w:r>
        <w:rPr>
          <w:b/>
          <w:color w:val="000000"/>
        </w:rPr>
        <w:t xml:space="preserve">Describe the proposed work:  </w:t>
      </w:r>
      <w:r>
        <w:rPr>
          <w:color w:val="000000"/>
        </w:rPr>
        <w:t>______________________________________________________</w:t>
      </w:r>
    </w:p>
    <w:p w14:paraId="396B6D09" w14:textId="77777777" w:rsidR="006D2B5F" w:rsidRDefault="00D56855">
      <w:pPr>
        <w:spacing w:after="100"/>
      </w:pPr>
      <w:r>
        <w:rPr>
          <w:b/>
          <w:color w:val="000000"/>
        </w:rPr>
        <w:t xml:space="preserve">  </w:t>
      </w:r>
      <w:r>
        <w:rPr>
          <w:color w:val="000000"/>
        </w:rPr>
        <w:t>______________________________________________________________________________________</w:t>
      </w:r>
    </w:p>
    <w:p w14:paraId="6942C9B5" w14:textId="77777777" w:rsidR="006D2B5F" w:rsidRDefault="00D56855">
      <w:pPr>
        <w:spacing w:after="100"/>
      </w:pPr>
      <w:r>
        <w:rPr>
          <w:b/>
          <w:color w:val="000000"/>
        </w:rPr>
        <w:t xml:space="preserve">  </w:t>
      </w:r>
      <w:r>
        <w:rPr>
          <w:color w:val="000000"/>
        </w:rPr>
        <w:t>______________________________________________________________________________________</w:t>
      </w:r>
    </w:p>
    <w:p w14:paraId="424123FB" w14:textId="77777777" w:rsidR="006D2B5F" w:rsidRDefault="00D56855">
      <w:pPr>
        <w:spacing w:after="100"/>
      </w:pPr>
      <w:r>
        <w:rPr>
          <w:b/>
          <w:color w:val="000000"/>
        </w:rPr>
        <w:t xml:space="preserve">  </w:t>
      </w:r>
      <w:r>
        <w:rPr>
          <w:color w:val="000000"/>
        </w:rPr>
        <w:t>______________________________________________________________________________________</w:t>
      </w:r>
    </w:p>
    <w:tbl>
      <w:tblPr>
        <w:tblW w:w="9360" w:type="dxa"/>
        <w:tblInd w:w="120" w:type="dxa"/>
        <w:tblLayout w:type="fixed"/>
        <w:tblLook w:val="04A0" w:firstRow="1" w:lastRow="0" w:firstColumn="1" w:lastColumn="0" w:noHBand="0" w:noVBand="1"/>
      </w:tblPr>
      <w:tblGrid>
        <w:gridCol w:w="4680"/>
        <w:gridCol w:w="4680"/>
      </w:tblGrid>
      <w:tr w:rsidR="006D2B5F" w14:paraId="4D6149C0" w14:textId="77777777">
        <w:tc>
          <w:tcPr>
            <w:tcW w:w="4680" w:type="dxa"/>
            <w:tcMar>
              <w:top w:w="80" w:type="dxa"/>
              <w:left w:w="120" w:type="dxa"/>
              <w:bottom w:w="80" w:type="dxa"/>
              <w:right w:w="120" w:type="dxa"/>
            </w:tcMar>
          </w:tcPr>
          <w:p w14:paraId="580E3E5B" w14:textId="77777777" w:rsidR="006D2B5F" w:rsidRDefault="00D56855">
            <w:r>
              <w:rPr>
                <w:b/>
                <w:color w:val="000000"/>
                <w:sz w:val="18"/>
              </w:rPr>
              <w:t>Anticipated start date:</w:t>
            </w:r>
            <w:r>
              <w:rPr>
                <w:b/>
                <w:color w:val="000000"/>
                <w:sz w:val="18"/>
              </w:rPr>
              <w:br/>
            </w:r>
            <w:r>
              <w:rPr>
                <w:color w:val="000000"/>
                <w:sz w:val="18"/>
              </w:rPr>
              <w:t>___________________________________</w:t>
            </w:r>
          </w:p>
        </w:tc>
        <w:tc>
          <w:tcPr>
            <w:tcW w:w="4680" w:type="dxa"/>
            <w:tcMar>
              <w:top w:w="80" w:type="dxa"/>
              <w:left w:w="120" w:type="dxa"/>
              <w:bottom w:w="80" w:type="dxa"/>
              <w:right w:w="120" w:type="dxa"/>
            </w:tcMar>
          </w:tcPr>
          <w:p w14:paraId="357B11A9" w14:textId="77777777" w:rsidR="006D2B5F" w:rsidRDefault="00D56855">
            <w:r>
              <w:rPr>
                <w:b/>
                <w:color w:val="000000"/>
                <w:sz w:val="18"/>
              </w:rPr>
              <w:t>Estimated completion date:</w:t>
            </w:r>
            <w:r>
              <w:rPr>
                <w:b/>
                <w:color w:val="000000"/>
                <w:sz w:val="18"/>
              </w:rPr>
              <w:br/>
            </w:r>
            <w:r>
              <w:rPr>
                <w:color w:val="000000"/>
                <w:sz w:val="18"/>
              </w:rPr>
              <w:t>___________________________________</w:t>
            </w:r>
          </w:p>
        </w:tc>
      </w:tr>
      <w:tr w:rsidR="006D2B5F" w14:paraId="4171F22A" w14:textId="77777777">
        <w:tc>
          <w:tcPr>
            <w:tcW w:w="4680" w:type="dxa"/>
            <w:tcMar>
              <w:top w:w="80" w:type="dxa"/>
              <w:left w:w="120" w:type="dxa"/>
              <w:bottom w:w="80" w:type="dxa"/>
              <w:right w:w="120" w:type="dxa"/>
            </w:tcMar>
          </w:tcPr>
          <w:p w14:paraId="28571DEC" w14:textId="77777777" w:rsidR="006D2B5F" w:rsidRDefault="00D56855">
            <w:r>
              <w:rPr>
                <w:b/>
                <w:color w:val="000000"/>
                <w:sz w:val="18"/>
              </w:rPr>
              <w:t>Contractor/company (if applicable):</w:t>
            </w:r>
            <w:r>
              <w:rPr>
                <w:b/>
                <w:color w:val="000000"/>
                <w:sz w:val="18"/>
              </w:rPr>
              <w:br/>
            </w:r>
            <w:r>
              <w:rPr>
                <w:color w:val="000000"/>
                <w:sz w:val="18"/>
              </w:rPr>
              <w:t>___________________________________</w:t>
            </w:r>
          </w:p>
        </w:tc>
        <w:tc>
          <w:tcPr>
            <w:tcW w:w="4680" w:type="dxa"/>
            <w:tcMar>
              <w:top w:w="80" w:type="dxa"/>
              <w:left w:w="120" w:type="dxa"/>
              <w:bottom w:w="80" w:type="dxa"/>
              <w:right w:w="120" w:type="dxa"/>
            </w:tcMar>
          </w:tcPr>
          <w:p w14:paraId="3123B20A" w14:textId="77777777" w:rsidR="006D2B5F" w:rsidRDefault="00D56855">
            <w:r>
              <w:rPr>
                <w:b/>
                <w:color w:val="000000"/>
                <w:sz w:val="18"/>
              </w:rPr>
              <w:t>Contractor phone/email:</w:t>
            </w:r>
            <w:r>
              <w:rPr>
                <w:b/>
                <w:color w:val="000000"/>
                <w:sz w:val="18"/>
              </w:rPr>
              <w:br/>
            </w:r>
            <w:r>
              <w:rPr>
                <w:color w:val="000000"/>
                <w:sz w:val="18"/>
              </w:rPr>
              <w:t>___________________________________</w:t>
            </w:r>
          </w:p>
        </w:tc>
      </w:tr>
    </w:tbl>
    <w:p w14:paraId="4B640881" w14:textId="77777777" w:rsidR="006D2B5F" w:rsidRDefault="00D56855">
      <w:r>
        <w:br w:type="page"/>
      </w:r>
    </w:p>
    <w:p w14:paraId="57A70F22" w14:textId="77777777" w:rsidR="006D2B5F" w:rsidRDefault="00D56855">
      <w:pPr>
        <w:keepNext/>
        <w:spacing w:before="160" w:after="100"/>
      </w:pPr>
      <w:r>
        <w:rPr>
          <w:b/>
          <w:color w:val="315B3A"/>
          <w:sz w:val="22"/>
        </w:rPr>
        <w:lastRenderedPageBreak/>
        <w:t>4. MATERIALS, COLORS, AND DIMENSIONS</w:t>
      </w:r>
    </w:p>
    <w:p w14:paraId="3EFC7620" w14:textId="77777777" w:rsidR="006D2B5F" w:rsidRDefault="00D56855">
      <w:pPr>
        <w:spacing w:after="100"/>
      </w:pPr>
      <w:r>
        <w:rPr>
          <w:b/>
          <w:color w:val="000000"/>
        </w:rPr>
        <w:t xml:space="preserve">Primary materials:  </w:t>
      </w:r>
      <w:r>
        <w:rPr>
          <w:color w:val="000000"/>
        </w:rPr>
        <w:t>________________________________________________________________</w:t>
      </w:r>
    </w:p>
    <w:p w14:paraId="764C7D3E" w14:textId="77777777" w:rsidR="006D2B5F" w:rsidRDefault="00D56855">
      <w:pPr>
        <w:spacing w:after="100"/>
      </w:pPr>
      <w:r>
        <w:rPr>
          <w:b/>
          <w:color w:val="000000"/>
        </w:rPr>
        <w:t xml:space="preserve">Manufacturer/product name:  </w:t>
      </w:r>
      <w:r>
        <w:rPr>
          <w:color w:val="000000"/>
        </w:rPr>
        <w:t>_______________________________________________________</w:t>
      </w:r>
    </w:p>
    <w:p w14:paraId="6F6DA8A2" w14:textId="77777777" w:rsidR="006D2B5F" w:rsidRDefault="00D56855">
      <w:pPr>
        <w:spacing w:after="100"/>
      </w:pPr>
      <w:r>
        <w:rPr>
          <w:b/>
          <w:color w:val="000000"/>
        </w:rPr>
        <w:t xml:space="preserve">Color(s), stain(s), or finish(es):  </w:t>
      </w:r>
      <w:r>
        <w:rPr>
          <w:color w:val="000000"/>
        </w:rPr>
        <w:t>__________________________________________________</w:t>
      </w:r>
    </w:p>
    <w:p w14:paraId="5CEB4B75" w14:textId="77777777" w:rsidR="006D2B5F" w:rsidRDefault="00D56855">
      <w:pPr>
        <w:spacing w:after="100"/>
      </w:pPr>
      <w:r>
        <w:rPr>
          <w:b/>
          <w:color w:val="000000"/>
        </w:rPr>
        <w:t xml:space="preserve">Overall dimensions (length × width × height):  </w:t>
      </w:r>
      <w:r>
        <w:rPr>
          <w:color w:val="000000"/>
        </w:rPr>
        <w:t>_________________________________________</w:t>
      </w:r>
    </w:p>
    <w:p w14:paraId="49BAA40A" w14:textId="77777777" w:rsidR="006D2B5F" w:rsidRDefault="00D56855">
      <w:pPr>
        <w:spacing w:after="100"/>
      </w:pPr>
      <w:r>
        <w:rPr>
          <w:b/>
          <w:color w:val="000000"/>
        </w:rPr>
        <w:t xml:space="preserve">Distance from house and property lines:  </w:t>
      </w:r>
      <w:r>
        <w:rPr>
          <w:color w:val="000000"/>
        </w:rPr>
        <w:t>_____________________________________________</w:t>
      </w:r>
    </w:p>
    <w:p w14:paraId="1833F9FD" w14:textId="77777777" w:rsidR="006D2B5F" w:rsidRDefault="00D56855">
      <w:pPr>
        <w:spacing w:after="100"/>
      </w:pPr>
      <w:r>
        <w:rPr>
          <w:b/>
          <w:color w:val="000000"/>
        </w:rPr>
        <w:t xml:space="preserve">Roof style, roofing material, and color (if applicable):  </w:t>
      </w:r>
      <w:r>
        <w:rPr>
          <w:color w:val="000000"/>
        </w:rPr>
        <w:t>_________________________________</w:t>
      </w:r>
    </w:p>
    <w:p w14:paraId="1D0A1709" w14:textId="77777777" w:rsidR="006D2B5F" w:rsidRDefault="00D56855">
      <w:pPr>
        <w:keepNext/>
        <w:spacing w:before="160" w:after="100"/>
      </w:pPr>
      <w:r>
        <w:rPr>
          <w:b/>
          <w:color w:val="315B3A"/>
          <w:sz w:val="22"/>
        </w:rPr>
        <w:t>5. REQUIRED ATTACHMENTS</w:t>
      </w:r>
    </w:p>
    <w:p w14:paraId="2722699F" w14:textId="77777777" w:rsidR="006D2B5F" w:rsidRDefault="00D56855">
      <w:r>
        <w:rPr>
          <w:color w:val="000000"/>
          <w:sz w:val="19"/>
        </w:rPr>
        <w:t>Attach the items that apply. Incomplete applications may be returned for additional information.</w:t>
      </w:r>
    </w:p>
    <w:tbl>
      <w:tblPr>
        <w:tblW w:w="9360" w:type="dxa"/>
        <w:tblInd w:w="120" w:type="dxa"/>
        <w:tblBorders>
          <w:top w:val="nil"/>
          <w:left w:val="nil"/>
          <w:bottom w:val="nil"/>
          <w:right w:val="nil"/>
          <w:insideH w:val="nil"/>
          <w:insideV w:val="nil"/>
        </w:tblBorders>
        <w:tblLayout w:type="fixed"/>
        <w:tblLook w:val="04A0" w:firstRow="1" w:lastRow="0" w:firstColumn="1" w:lastColumn="0" w:noHBand="0" w:noVBand="1"/>
      </w:tblPr>
      <w:tblGrid>
        <w:gridCol w:w="4680"/>
        <w:gridCol w:w="4680"/>
      </w:tblGrid>
      <w:tr w:rsidR="006D2B5F" w14:paraId="43C74F8D" w14:textId="77777777">
        <w:tc>
          <w:tcPr>
            <w:tcW w:w="4680" w:type="dxa"/>
            <w:tcMar>
              <w:top w:w="80" w:type="dxa"/>
              <w:left w:w="120" w:type="dxa"/>
              <w:bottom w:w="80" w:type="dxa"/>
              <w:right w:w="120" w:type="dxa"/>
            </w:tcMar>
          </w:tcPr>
          <w:p w14:paraId="6E3AB8D3" w14:textId="77777777" w:rsidR="006D2B5F" w:rsidRDefault="00D56855">
            <w:pPr>
              <w:spacing w:after="20"/>
            </w:pPr>
            <w:r>
              <w:rPr>
                <w:color w:val="000000"/>
                <w:sz w:val="19"/>
              </w:rPr>
              <w:t>☐</w:t>
            </w:r>
            <w:r>
              <w:rPr>
                <w:color w:val="000000"/>
                <w:sz w:val="19"/>
              </w:rPr>
              <w:t xml:space="preserve">  Property survey or site plan showing exact location and setbacks</w:t>
            </w:r>
          </w:p>
        </w:tc>
        <w:tc>
          <w:tcPr>
            <w:tcW w:w="4680" w:type="dxa"/>
            <w:tcMar>
              <w:top w:w="80" w:type="dxa"/>
              <w:left w:w="120" w:type="dxa"/>
              <w:bottom w:w="80" w:type="dxa"/>
              <w:right w:w="120" w:type="dxa"/>
            </w:tcMar>
          </w:tcPr>
          <w:p w14:paraId="5DD15C1B" w14:textId="77777777" w:rsidR="006D2B5F" w:rsidRDefault="00D56855">
            <w:pPr>
              <w:spacing w:after="20"/>
            </w:pPr>
            <w:r>
              <w:rPr>
                <w:color w:val="000000"/>
                <w:sz w:val="19"/>
              </w:rPr>
              <w:t>☐</w:t>
            </w:r>
            <w:r>
              <w:rPr>
                <w:color w:val="000000"/>
                <w:sz w:val="19"/>
              </w:rPr>
              <w:t xml:space="preserve">  Drawing or photo showing the proposed design and dimensions</w:t>
            </w:r>
          </w:p>
        </w:tc>
      </w:tr>
      <w:tr w:rsidR="006D2B5F" w14:paraId="1854BE2B" w14:textId="77777777">
        <w:tc>
          <w:tcPr>
            <w:tcW w:w="4680" w:type="dxa"/>
            <w:tcMar>
              <w:top w:w="80" w:type="dxa"/>
              <w:left w:w="120" w:type="dxa"/>
              <w:bottom w:w="80" w:type="dxa"/>
              <w:right w:w="120" w:type="dxa"/>
            </w:tcMar>
          </w:tcPr>
          <w:p w14:paraId="5043A299" w14:textId="77777777" w:rsidR="006D2B5F" w:rsidRDefault="00D56855">
            <w:pPr>
              <w:spacing w:after="20"/>
            </w:pPr>
            <w:r>
              <w:rPr>
                <w:color w:val="000000"/>
                <w:sz w:val="19"/>
              </w:rPr>
              <w:t>☐</w:t>
            </w:r>
            <w:r>
              <w:rPr>
                <w:color w:val="000000"/>
                <w:sz w:val="19"/>
              </w:rPr>
              <w:t xml:space="preserve">  Material samples, manufacturer literature, or product specifications</w:t>
            </w:r>
          </w:p>
        </w:tc>
        <w:tc>
          <w:tcPr>
            <w:tcW w:w="4680" w:type="dxa"/>
            <w:tcMar>
              <w:top w:w="80" w:type="dxa"/>
              <w:left w:w="120" w:type="dxa"/>
              <w:bottom w:w="80" w:type="dxa"/>
              <w:right w:w="120" w:type="dxa"/>
            </w:tcMar>
          </w:tcPr>
          <w:p w14:paraId="4DC1A145" w14:textId="77777777" w:rsidR="006D2B5F" w:rsidRDefault="00D56855">
            <w:pPr>
              <w:spacing w:after="20"/>
            </w:pPr>
            <w:r>
              <w:rPr>
                <w:color w:val="000000"/>
                <w:sz w:val="19"/>
              </w:rPr>
              <w:t>☐</w:t>
            </w:r>
            <w:r>
              <w:rPr>
                <w:color w:val="000000"/>
                <w:sz w:val="19"/>
              </w:rPr>
              <w:t xml:space="preserve">  Paint, stain, roofing, or siding color sample</w:t>
            </w:r>
          </w:p>
        </w:tc>
      </w:tr>
      <w:tr w:rsidR="006D2B5F" w14:paraId="7999DD21" w14:textId="77777777">
        <w:tc>
          <w:tcPr>
            <w:tcW w:w="4680" w:type="dxa"/>
            <w:tcMar>
              <w:top w:w="80" w:type="dxa"/>
              <w:left w:w="120" w:type="dxa"/>
              <w:bottom w:w="80" w:type="dxa"/>
              <w:right w:w="120" w:type="dxa"/>
            </w:tcMar>
          </w:tcPr>
          <w:p w14:paraId="061032E5" w14:textId="77777777" w:rsidR="006D2B5F" w:rsidRDefault="00D56855">
            <w:pPr>
              <w:spacing w:after="20"/>
            </w:pPr>
            <w:r>
              <w:rPr>
                <w:color w:val="000000"/>
                <w:sz w:val="19"/>
              </w:rPr>
              <w:t>☐</w:t>
            </w:r>
            <w:r>
              <w:rPr>
                <w:color w:val="000000"/>
                <w:sz w:val="19"/>
              </w:rPr>
              <w:t xml:space="preserve">  Current photographs of the work area</w:t>
            </w:r>
          </w:p>
        </w:tc>
        <w:tc>
          <w:tcPr>
            <w:tcW w:w="4680" w:type="dxa"/>
            <w:tcMar>
              <w:top w:w="80" w:type="dxa"/>
              <w:left w:w="120" w:type="dxa"/>
              <w:bottom w:w="80" w:type="dxa"/>
              <w:right w:w="120" w:type="dxa"/>
            </w:tcMar>
          </w:tcPr>
          <w:p w14:paraId="367D224E" w14:textId="77777777" w:rsidR="006D2B5F" w:rsidRDefault="00D56855">
            <w:pPr>
              <w:spacing w:after="20"/>
            </w:pPr>
            <w:r>
              <w:rPr>
                <w:color w:val="000000"/>
                <w:sz w:val="19"/>
              </w:rPr>
              <w:t>☐</w:t>
            </w:r>
            <w:r>
              <w:rPr>
                <w:color w:val="000000"/>
                <w:sz w:val="19"/>
              </w:rPr>
              <w:t xml:space="preserve">  Contractor proposal or scope of work</w:t>
            </w:r>
          </w:p>
        </w:tc>
      </w:tr>
      <w:tr w:rsidR="006D2B5F" w14:paraId="6783656B" w14:textId="77777777">
        <w:tc>
          <w:tcPr>
            <w:tcW w:w="4680" w:type="dxa"/>
            <w:tcMar>
              <w:top w:w="80" w:type="dxa"/>
              <w:left w:w="120" w:type="dxa"/>
              <w:bottom w:w="80" w:type="dxa"/>
              <w:right w:w="120" w:type="dxa"/>
            </w:tcMar>
          </w:tcPr>
          <w:p w14:paraId="1EC5302E" w14:textId="77777777" w:rsidR="006D2B5F" w:rsidRDefault="00D56855">
            <w:pPr>
              <w:spacing w:after="20"/>
            </w:pPr>
            <w:r>
              <w:rPr>
                <w:color w:val="000000"/>
                <w:sz w:val="19"/>
              </w:rPr>
              <w:t>☐</w:t>
            </w:r>
            <w:r>
              <w:rPr>
                <w:color w:val="000000"/>
                <w:sz w:val="19"/>
              </w:rPr>
              <w:t xml:space="preserve">  City permit or approval, if already obtained</w:t>
            </w:r>
          </w:p>
        </w:tc>
        <w:tc>
          <w:tcPr>
            <w:tcW w:w="4680" w:type="dxa"/>
            <w:tcMar>
              <w:top w:w="80" w:type="dxa"/>
              <w:left w:w="120" w:type="dxa"/>
              <w:bottom w:w="80" w:type="dxa"/>
              <w:right w:w="120" w:type="dxa"/>
            </w:tcMar>
          </w:tcPr>
          <w:p w14:paraId="0DD60B7D" w14:textId="77777777" w:rsidR="006D2B5F" w:rsidRDefault="00D56855">
            <w:pPr>
              <w:spacing w:after="20"/>
            </w:pPr>
            <w:r>
              <w:rPr>
                <w:color w:val="000000"/>
                <w:sz w:val="19"/>
              </w:rPr>
              <w:t>☐</w:t>
            </w:r>
            <w:r>
              <w:rPr>
                <w:color w:val="000000"/>
                <w:sz w:val="19"/>
              </w:rPr>
              <w:t xml:space="preserve">  Other supporting documents: ____________________</w:t>
            </w:r>
          </w:p>
        </w:tc>
      </w:tr>
    </w:tbl>
    <w:p w14:paraId="36D69DC0" w14:textId="77777777" w:rsidR="006D2B5F" w:rsidRDefault="00D56855">
      <w:pPr>
        <w:keepNext/>
        <w:spacing w:before="160" w:after="100"/>
      </w:pPr>
      <w:r>
        <w:rPr>
          <w:b/>
          <w:color w:val="315B3A"/>
          <w:sz w:val="22"/>
        </w:rPr>
        <w:t>6. HOMEOWNER ACKNOWLEDGMENT</w:t>
      </w:r>
    </w:p>
    <w:p w14:paraId="626EAD75" w14:textId="77777777" w:rsidR="006D2B5F" w:rsidRDefault="00D56855">
      <w:pPr>
        <w:spacing w:after="60"/>
        <w:ind w:left="259" w:hanging="259"/>
      </w:pPr>
      <w:r>
        <w:rPr>
          <w:color w:val="000000"/>
          <w:sz w:val="18"/>
        </w:rPr>
        <w:t>☐</w:t>
      </w:r>
      <w:r>
        <w:rPr>
          <w:color w:val="000000"/>
          <w:sz w:val="18"/>
        </w:rPr>
        <w:t xml:space="preserve">  I certify that the information in this application and its attachments is accurate and complete.</w:t>
      </w:r>
    </w:p>
    <w:p w14:paraId="4B01521F" w14:textId="77777777" w:rsidR="006D2B5F" w:rsidRDefault="00D56855">
      <w:pPr>
        <w:spacing w:after="60"/>
        <w:ind w:left="259" w:hanging="259"/>
      </w:pPr>
      <w:r>
        <w:rPr>
          <w:color w:val="000000"/>
          <w:sz w:val="18"/>
        </w:rPr>
        <w:t>☐</w:t>
      </w:r>
      <w:r>
        <w:rPr>
          <w:color w:val="000000"/>
          <w:sz w:val="18"/>
        </w:rPr>
        <w:t xml:space="preserve">  I understand that HOA approval does not replace or waive any city, county, utility, easement, permit, or other legal requirement.</w:t>
      </w:r>
    </w:p>
    <w:p w14:paraId="0CB84954" w14:textId="77777777" w:rsidR="006D2B5F" w:rsidRDefault="00D56855">
      <w:pPr>
        <w:spacing w:after="60"/>
        <w:ind w:left="259" w:hanging="259"/>
      </w:pPr>
      <w:r>
        <w:rPr>
          <w:color w:val="000000"/>
          <w:sz w:val="18"/>
        </w:rPr>
        <w:t>☐</w:t>
      </w:r>
      <w:r>
        <w:rPr>
          <w:color w:val="000000"/>
          <w:sz w:val="18"/>
        </w:rPr>
        <w:t xml:space="preserve">  I am responsible for confirming property boundaries, easements, setbacks, drainage requirements, and permit obligations before work begins.</w:t>
      </w:r>
    </w:p>
    <w:p w14:paraId="14E1DBBB" w14:textId="77777777" w:rsidR="006D2B5F" w:rsidRDefault="00D56855">
      <w:pPr>
        <w:spacing w:after="60"/>
        <w:ind w:left="259" w:hanging="259"/>
      </w:pPr>
      <w:r>
        <w:rPr>
          <w:color w:val="000000"/>
          <w:sz w:val="18"/>
        </w:rPr>
        <w:t>☐</w:t>
      </w:r>
      <w:r>
        <w:rPr>
          <w:color w:val="000000"/>
          <w:sz w:val="18"/>
        </w:rPr>
        <w:t xml:space="preserve">  I will complete the project as approved. Any material change to the location, size, design, materials, or colors will be submitted for additional written approval before proceeding.</w:t>
      </w:r>
    </w:p>
    <w:p w14:paraId="37B761F6" w14:textId="77777777" w:rsidR="006D2B5F" w:rsidRDefault="00D56855">
      <w:pPr>
        <w:spacing w:after="60"/>
        <w:ind w:left="259" w:hanging="259"/>
      </w:pPr>
      <w:r>
        <w:rPr>
          <w:color w:val="000000"/>
          <w:sz w:val="18"/>
        </w:rPr>
        <w:t>☐</w:t>
      </w:r>
      <w:r>
        <w:rPr>
          <w:color w:val="000000"/>
          <w:sz w:val="18"/>
        </w:rPr>
        <w:t xml:space="preserve">  I understand that approval may be withdrawn if the completed project differs from the approved application or violates governing documents or applicable law.</w:t>
      </w:r>
    </w:p>
    <w:p w14:paraId="1135E9B8" w14:textId="77777777" w:rsidR="006D2B5F" w:rsidRDefault="00D56855">
      <w:pPr>
        <w:spacing w:after="60"/>
        <w:ind w:left="259" w:hanging="259"/>
      </w:pPr>
      <w:r>
        <w:rPr>
          <w:color w:val="000000"/>
          <w:sz w:val="18"/>
        </w:rPr>
        <w:t>☐</w:t>
      </w:r>
      <w:r>
        <w:rPr>
          <w:color w:val="000000"/>
          <w:sz w:val="18"/>
        </w:rPr>
        <w:t xml:space="preserve">  I authorize the committee or its representative to view the exterior work area from lawful access points as reasonably necessary to review this request.</w:t>
      </w:r>
    </w:p>
    <w:p w14:paraId="5C53F908" w14:textId="77777777" w:rsidR="006D2B5F" w:rsidRDefault="00D56855">
      <w:pPr>
        <w:spacing w:after="100"/>
      </w:pPr>
      <w:r>
        <w:rPr>
          <w:b/>
          <w:color w:val="000000"/>
        </w:rPr>
        <w:t xml:space="preserve">Homeowner signature:  </w:t>
      </w:r>
      <w:r>
        <w:rPr>
          <w:color w:val="000000"/>
        </w:rPr>
        <w:t>__________________________________________</w:t>
      </w:r>
    </w:p>
    <w:tbl>
      <w:tblPr>
        <w:tblW w:w="9360" w:type="dxa"/>
        <w:tblInd w:w="120" w:type="dxa"/>
        <w:tblLayout w:type="fixed"/>
        <w:tblLook w:val="04A0" w:firstRow="1" w:lastRow="0" w:firstColumn="1" w:lastColumn="0" w:noHBand="0" w:noVBand="1"/>
      </w:tblPr>
      <w:tblGrid>
        <w:gridCol w:w="4680"/>
        <w:gridCol w:w="4680"/>
      </w:tblGrid>
      <w:tr w:rsidR="006D2B5F" w14:paraId="5BCC394E" w14:textId="77777777">
        <w:tc>
          <w:tcPr>
            <w:tcW w:w="4680" w:type="dxa"/>
            <w:tcMar>
              <w:top w:w="80" w:type="dxa"/>
              <w:left w:w="120" w:type="dxa"/>
              <w:bottom w:w="80" w:type="dxa"/>
              <w:right w:w="120" w:type="dxa"/>
            </w:tcMar>
          </w:tcPr>
          <w:p w14:paraId="1C8582CC" w14:textId="77777777" w:rsidR="006D2B5F" w:rsidRDefault="00D56855">
            <w:r>
              <w:rPr>
                <w:b/>
                <w:color w:val="000000"/>
                <w:sz w:val="19"/>
              </w:rPr>
              <w:t>Printed name:  ___________________________</w:t>
            </w:r>
          </w:p>
        </w:tc>
        <w:tc>
          <w:tcPr>
            <w:tcW w:w="4680" w:type="dxa"/>
            <w:tcMar>
              <w:top w:w="80" w:type="dxa"/>
              <w:left w:w="120" w:type="dxa"/>
              <w:bottom w:w="80" w:type="dxa"/>
              <w:right w:w="120" w:type="dxa"/>
            </w:tcMar>
          </w:tcPr>
          <w:p w14:paraId="48F78C3F" w14:textId="77777777" w:rsidR="006D2B5F" w:rsidRDefault="00D56855">
            <w:r>
              <w:rPr>
                <w:b/>
                <w:color w:val="000000"/>
                <w:sz w:val="19"/>
              </w:rPr>
              <w:t>Date:  ___________________________</w:t>
            </w:r>
          </w:p>
        </w:tc>
      </w:tr>
    </w:tbl>
    <w:p w14:paraId="44BF5F2B" w14:textId="77777777" w:rsidR="006D2B5F" w:rsidRDefault="00D56855">
      <w:pPr>
        <w:spacing w:before="160" w:after="0"/>
      </w:pPr>
      <w:r>
        <w:rPr>
          <w:b/>
          <w:color w:val="315B3A"/>
          <w:sz w:val="19"/>
        </w:rPr>
        <w:t>SUBMISSION INFORMATION</w:t>
      </w:r>
    </w:p>
    <w:p w14:paraId="7CB2DBCB" w14:textId="77777777" w:rsidR="006D2B5F" w:rsidRDefault="00D56855">
      <w:pPr>
        <w:spacing w:after="40"/>
      </w:pPr>
      <w:r>
        <w:rPr>
          <w:color w:val="000000"/>
          <w:sz w:val="18"/>
        </w:rPr>
        <w:t>Submit completed applications and attachments to: ________________________________________________</w:t>
      </w:r>
    </w:p>
    <w:p w14:paraId="74A6FF84" w14:textId="77777777" w:rsidR="006D2B5F" w:rsidRDefault="00D56855">
      <w:pPr>
        <w:spacing w:after="40"/>
      </w:pPr>
      <w:r>
        <w:rPr>
          <w:color w:val="000000"/>
          <w:sz w:val="18"/>
        </w:rPr>
        <w:t>Questions/contact information: ______________________________________________________________</w:t>
      </w:r>
    </w:p>
    <w:p w14:paraId="45A5660F" w14:textId="77777777" w:rsidR="006D2B5F" w:rsidRDefault="00D56855">
      <w:r>
        <w:br w:type="page"/>
      </w:r>
    </w:p>
    <w:p w14:paraId="75493812" w14:textId="77777777" w:rsidR="006D2B5F" w:rsidRDefault="00D56855">
      <w:pPr>
        <w:spacing w:after="160"/>
        <w:jc w:val="center"/>
      </w:pPr>
      <w:r>
        <w:rPr>
          <w:b/>
          <w:color w:val="315B3A"/>
          <w:sz w:val="30"/>
        </w:rPr>
        <w:lastRenderedPageBreak/>
        <w:t>COMMITTEE USE ONLY</w:t>
      </w:r>
    </w:p>
    <w:tbl>
      <w:tblPr>
        <w:tblW w:w="9360" w:type="dxa"/>
        <w:tblInd w:w="120" w:type="dxa"/>
        <w:tblLayout w:type="fixed"/>
        <w:tblLook w:val="04A0" w:firstRow="1" w:lastRow="0" w:firstColumn="1" w:lastColumn="0" w:noHBand="0" w:noVBand="1"/>
      </w:tblPr>
      <w:tblGrid>
        <w:gridCol w:w="4680"/>
        <w:gridCol w:w="4680"/>
      </w:tblGrid>
      <w:tr w:rsidR="006D2B5F" w14:paraId="0416BD36" w14:textId="77777777">
        <w:tc>
          <w:tcPr>
            <w:tcW w:w="4680" w:type="dxa"/>
            <w:tcMar>
              <w:top w:w="80" w:type="dxa"/>
              <w:left w:w="120" w:type="dxa"/>
              <w:bottom w:w="80" w:type="dxa"/>
              <w:right w:w="120" w:type="dxa"/>
            </w:tcMar>
          </w:tcPr>
          <w:p w14:paraId="14F8F697" w14:textId="77777777" w:rsidR="006D2B5F" w:rsidRDefault="00D56855">
            <w:r>
              <w:rPr>
                <w:b/>
                <w:color w:val="000000"/>
                <w:sz w:val="18"/>
              </w:rPr>
              <w:t>Date received:</w:t>
            </w:r>
            <w:r>
              <w:rPr>
                <w:b/>
                <w:color w:val="000000"/>
                <w:sz w:val="18"/>
              </w:rPr>
              <w:br/>
            </w:r>
            <w:r>
              <w:rPr>
                <w:color w:val="000000"/>
                <w:sz w:val="18"/>
              </w:rPr>
              <w:t>__________________________________</w:t>
            </w:r>
          </w:p>
        </w:tc>
        <w:tc>
          <w:tcPr>
            <w:tcW w:w="4680" w:type="dxa"/>
            <w:tcMar>
              <w:top w:w="80" w:type="dxa"/>
              <w:left w:w="120" w:type="dxa"/>
              <w:bottom w:w="80" w:type="dxa"/>
              <w:right w:w="120" w:type="dxa"/>
            </w:tcMar>
          </w:tcPr>
          <w:p w14:paraId="2E18AFA3" w14:textId="77777777" w:rsidR="006D2B5F" w:rsidRDefault="00D56855">
            <w:r>
              <w:rPr>
                <w:b/>
                <w:color w:val="000000"/>
                <w:sz w:val="18"/>
              </w:rPr>
              <w:t>Application/reference number:</w:t>
            </w:r>
            <w:r>
              <w:rPr>
                <w:b/>
                <w:color w:val="000000"/>
                <w:sz w:val="18"/>
              </w:rPr>
              <w:br/>
            </w:r>
            <w:r>
              <w:rPr>
                <w:color w:val="000000"/>
                <w:sz w:val="18"/>
              </w:rPr>
              <w:t>__________________________________</w:t>
            </w:r>
          </w:p>
        </w:tc>
      </w:tr>
      <w:tr w:rsidR="006D2B5F" w14:paraId="30BFCFCF" w14:textId="77777777">
        <w:tc>
          <w:tcPr>
            <w:tcW w:w="4680" w:type="dxa"/>
            <w:tcMar>
              <w:top w:w="80" w:type="dxa"/>
              <w:left w:w="120" w:type="dxa"/>
              <w:bottom w:w="80" w:type="dxa"/>
              <w:right w:w="120" w:type="dxa"/>
            </w:tcMar>
          </w:tcPr>
          <w:p w14:paraId="77656E8C" w14:textId="77777777" w:rsidR="006D2B5F" w:rsidRDefault="00D56855">
            <w:r>
              <w:rPr>
                <w:b/>
                <w:color w:val="000000"/>
                <w:sz w:val="18"/>
              </w:rPr>
              <w:t>Property address:</w:t>
            </w:r>
            <w:r>
              <w:rPr>
                <w:b/>
                <w:color w:val="000000"/>
                <w:sz w:val="18"/>
              </w:rPr>
              <w:br/>
            </w:r>
            <w:r>
              <w:rPr>
                <w:color w:val="000000"/>
                <w:sz w:val="18"/>
              </w:rPr>
              <w:t>__________________________________</w:t>
            </w:r>
          </w:p>
        </w:tc>
        <w:tc>
          <w:tcPr>
            <w:tcW w:w="4680" w:type="dxa"/>
            <w:tcMar>
              <w:top w:w="80" w:type="dxa"/>
              <w:left w:w="120" w:type="dxa"/>
              <w:bottom w:w="80" w:type="dxa"/>
              <w:right w:w="120" w:type="dxa"/>
            </w:tcMar>
          </w:tcPr>
          <w:p w14:paraId="094ED7F7" w14:textId="77777777" w:rsidR="006D2B5F" w:rsidRDefault="00D56855">
            <w:r>
              <w:rPr>
                <w:b/>
                <w:color w:val="000000"/>
                <w:sz w:val="18"/>
              </w:rPr>
              <w:t>Reviewer(s):</w:t>
            </w:r>
            <w:r>
              <w:rPr>
                <w:b/>
                <w:color w:val="000000"/>
                <w:sz w:val="18"/>
              </w:rPr>
              <w:br/>
            </w:r>
            <w:r>
              <w:rPr>
                <w:color w:val="000000"/>
                <w:sz w:val="18"/>
              </w:rPr>
              <w:t>__________________________________</w:t>
            </w:r>
          </w:p>
        </w:tc>
      </w:tr>
      <w:tr w:rsidR="006D2B5F" w14:paraId="7A4AB825" w14:textId="77777777">
        <w:tc>
          <w:tcPr>
            <w:tcW w:w="4680" w:type="dxa"/>
            <w:tcMar>
              <w:top w:w="80" w:type="dxa"/>
              <w:left w:w="120" w:type="dxa"/>
              <w:bottom w:w="80" w:type="dxa"/>
              <w:right w:w="120" w:type="dxa"/>
            </w:tcMar>
          </w:tcPr>
          <w:p w14:paraId="49941110" w14:textId="77777777" w:rsidR="006D2B5F" w:rsidRDefault="00D56855">
            <w:r>
              <w:rPr>
                <w:b/>
                <w:color w:val="000000"/>
                <w:sz w:val="18"/>
              </w:rPr>
              <w:t>Date reviewed:</w:t>
            </w:r>
            <w:r>
              <w:rPr>
                <w:b/>
                <w:color w:val="000000"/>
                <w:sz w:val="18"/>
              </w:rPr>
              <w:br/>
            </w:r>
            <w:r>
              <w:rPr>
                <w:color w:val="000000"/>
                <w:sz w:val="18"/>
              </w:rPr>
              <w:t>__________________________________</w:t>
            </w:r>
          </w:p>
        </w:tc>
        <w:tc>
          <w:tcPr>
            <w:tcW w:w="4680" w:type="dxa"/>
            <w:tcMar>
              <w:top w:w="80" w:type="dxa"/>
              <w:left w:w="120" w:type="dxa"/>
              <w:bottom w:w="80" w:type="dxa"/>
              <w:right w:w="120" w:type="dxa"/>
            </w:tcMar>
          </w:tcPr>
          <w:p w14:paraId="505F7CFC" w14:textId="77777777" w:rsidR="006D2B5F" w:rsidRDefault="00D56855">
            <w:r>
              <w:rPr>
                <w:b/>
                <w:color w:val="000000"/>
                <w:sz w:val="18"/>
              </w:rPr>
              <w:t>Governing document section(s):</w:t>
            </w:r>
            <w:r>
              <w:rPr>
                <w:b/>
                <w:color w:val="000000"/>
                <w:sz w:val="18"/>
              </w:rPr>
              <w:br/>
            </w:r>
            <w:r>
              <w:rPr>
                <w:color w:val="000000"/>
                <w:sz w:val="18"/>
              </w:rPr>
              <w:t>__________________________________</w:t>
            </w:r>
          </w:p>
        </w:tc>
      </w:tr>
    </w:tbl>
    <w:p w14:paraId="1F875329" w14:textId="77777777" w:rsidR="006D2B5F" w:rsidRDefault="00D56855">
      <w:pPr>
        <w:keepNext/>
        <w:spacing w:before="160" w:after="100"/>
      </w:pPr>
      <w:r>
        <w:rPr>
          <w:b/>
          <w:color w:val="315B3A"/>
          <w:sz w:val="22"/>
        </w:rPr>
        <w:t>COMMITTEE DECISION</w:t>
      </w:r>
    </w:p>
    <w:tbl>
      <w:tblPr>
        <w:tblW w:w="9360" w:type="dxa"/>
        <w:tblInd w:w="120" w:type="dxa"/>
        <w:tblBorders>
          <w:top w:val="nil"/>
          <w:left w:val="nil"/>
          <w:bottom w:val="nil"/>
          <w:right w:val="nil"/>
          <w:insideH w:val="nil"/>
          <w:insideV w:val="nil"/>
        </w:tblBorders>
        <w:tblLayout w:type="fixed"/>
        <w:tblLook w:val="04A0" w:firstRow="1" w:lastRow="0" w:firstColumn="1" w:lastColumn="0" w:noHBand="0" w:noVBand="1"/>
      </w:tblPr>
      <w:tblGrid>
        <w:gridCol w:w="4680"/>
        <w:gridCol w:w="4680"/>
      </w:tblGrid>
      <w:tr w:rsidR="006D2B5F" w14:paraId="2F5B931B" w14:textId="77777777">
        <w:tc>
          <w:tcPr>
            <w:tcW w:w="4680" w:type="dxa"/>
            <w:tcMar>
              <w:top w:w="80" w:type="dxa"/>
              <w:left w:w="120" w:type="dxa"/>
              <w:bottom w:w="80" w:type="dxa"/>
              <w:right w:w="120" w:type="dxa"/>
            </w:tcMar>
          </w:tcPr>
          <w:p w14:paraId="258E1F24" w14:textId="77777777" w:rsidR="006D2B5F" w:rsidRDefault="00D56855">
            <w:pPr>
              <w:spacing w:after="20"/>
            </w:pPr>
            <w:r>
              <w:rPr>
                <w:color w:val="000000"/>
                <w:sz w:val="19"/>
              </w:rPr>
              <w:t>☐</w:t>
            </w:r>
            <w:r>
              <w:rPr>
                <w:color w:val="000000"/>
                <w:sz w:val="19"/>
              </w:rPr>
              <w:t xml:space="preserve">  APPROVED as submitted</w:t>
            </w:r>
          </w:p>
        </w:tc>
        <w:tc>
          <w:tcPr>
            <w:tcW w:w="4680" w:type="dxa"/>
            <w:tcMar>
              <w:top w:w="80" w:type="dxa"/>
              <w:left w:w="120" w:type="dxa"/>
              <w:bottom w:w="80" w:type="dxa"/>
              <w:right w:w="120" w:type="dxa"/>
            </w:tcMar>
          </w:tcPr>
          <w:p w14:paraId="584D7A59" w14:textId="77777777" w:rsidR="006D2B5F" w:rsidRDefault="00D56855">
            <w:pPr>
              <w:spacing w:after="20"/>
            </w:pPr>
            <w:r>
              <w:rPr>
                <w:color w:val="000000"/>
                <w:sz w:val="19"/>
              </w:rPr>
              <w:t>☐</w:t>
            </w:r>
            <w:r>
              <w:rPr>
                <w:color w:val="000000"/>
                <w:sz w:val="19"/>
              </w:rPr>
              <w:t xml:space="preserve">  APPROVED WITH CONDITIONS listed below</w:t>
            </w:r>
          </w:p>
        </w:tc>
      </w:tr>
      <w:tr w:rsidR="006D2B5F" w14:paraId="044BF44A" w14:textId="77777777">
        <w:tc>
          <w:tcPr>
            <w:tcW w:w="4680" w:type="dxa"/>
            <w:tcMar>
              <w:top w:w="80" w:type="dxa"/>
              <w:left w:w="120" w:type="dxa"/>
              <w:bottom w:w="80" w:type="dxa"/>
              <w:right w:w="120" w:type="dxa"/>
            </w:tcMar>
          </w:tcPr>
          <w:p w14:paraId="6727466D" w14:textId="77777777" w:rsidR="006D2B5F" w:rsidRDefault="00D56855">
            <w:pPr>
              <w:spacing w:after="20"/>
            </w:pPr>
            <w:r>
              <w:rPr>
                <w:color w:val="000000"/>
                <w:sz w:val="19"/>
              </w:rPr>
              <w:t>☐</w:t>
            </w:r>
            <w:r>
              <w:rPr>
                <w:color w:val="000000"/>
                <w:sz w:val="19"/>
              </w:rPr>
              <w:t xml:space="preserve">  MORE INFORMATION REQUIRED</w:t>
            </w:r>
          </w:p>
        </w:tc>
        <w:tc>
          <w:tcPr>
            <w:tcW w:w="4680" w:type="dxa"/>
            <w:tcMar>
              <w:top w:w="80" w:type="dxa"/>
              <w:left w:w="120" w:type="dxa"/>
              <w:bottom w:w="80" w:type="dxa"/>
              <w:right w:w="120" w:type="dxa"/>
            </w:tcMar>
          </w:tcPr>
          <w:p w14:paraId="68C5B8B5" w14:textId="77777777" w:rsidR="006D2B5F" w:rsidRDefault="00D56855">
            <w:pPr>
              <w:spacing w:after="20"/>
            </w:pPr>
            <w:r>
              <w:rPr>
                <w:color w:val="000000"/>
                <w:sz w:val="19"/>
              </w:rPr>
              <w:t>☐</w:t>
            </w:r>
            <w:r>
              <w:rPr>
                <w:color w:val="000000"/>
                <w:sz w:val="19"/>
              </w:rPr>
              <w:t xml:space="preserve">  DENIED for the reasons listed below</w:t>
            </w:r>
          </w:p>
        </w:tc>
      </w:tr>
    </w:tbl>
    <w:p w14:paraId="70E76A03" w14:textId="77777777" w:rsidR="006D2B5F" w:rsidRDefault="00D56855">
      <w:pPr>
        <w:keepNext/>
        <w:spacing w:before="160" w:after="100"/>
      </w:pPr>
      <w:r>
        <w:rPr>
          <w:b/>
          <w:color w:val="315B3A"/>
          <w:sz w:val="22"/>
        </w:rPr>
        <w:t>CONDITIONS, REQUIRED REVISIONS, OR REASONS FOR DECISION</w:t>
      </w:r>
    </w:p>
    <w:p w14:paraId="78DAD897" w14:textId="77777777" w:rsidR="006D2B5F" w:rsidRDefault="00D56855">
      <w:pPr>
        <w:spacing w:after="100"/>
      </w:pPr>
      <w:r>
        <w:rPr>
          <w:b/>
          <w:color w:val="000000"/>
        </w:rPr>
        <w:t xml:space="preserve">  </w:t>
      </w:r>
      <w:r>
        <w:rPr>
          <w:color w:val="000000"/>
        </w:rPr>
        <w:t>______________________________________________________________________________________</w:t>
      </w:r>
    </w:p>
    <w:p w14:paraId="7EB42172" w14:textId="77777777" w:rsidR="006D2B5F" w:rsidRDefault="00D56855">
      <w:pPr>
        <w:spacing w:after="100"/>
      </w:pPr>
      <w:r>
        <w:rPr>
          <w:b/>
          <w:color w:val="000000"/>
        </w:rPr>
        <w:t xml:space="preserve">  </w:t>
      </w:r>
      <w:r>
        <w:rPr>
          <w:color w:val="000000"/>
        </w:rPr>
        <w:t>______________________________________________________________________________________</w:t>
      </w:r>
    </w:p>
    <w:p w14:paraId="5F7417B6" w14:textId="77777777" w:rsidR="006D2B5F" w:rsidRDefault="00D56855">
      <w:pPr>
        <w:spacing w:after="100"/>
      </w:pPr>
      <w:r>
        <w:rPr>
          <w:b/>
          <w:color w:val="000000"/>
        </w:rPr>
        <w:t xml:space="preserve">  </w:t>
      </w:r>
      <w:r>
        <w:rPr>
          <w:color w:val="000000"/>
        </w:rPr>
        <w:t>______________________________________________________________________________________</w:t>
      </w:r>
    </w:p>
    <w:p w14:paraId="03BE805B" w14:textId="77777777" w:rsidR="006D2B5F" w:rsidRDefault="00D56855">
      <w:pPr>
        <w:spacing w:after="100"/>
      </w:pPr>
      <w:r>
        <w:rPr>
          <w:b/>
          <w:color w:val="000000"/>
        </w:rPr>
        <w:t xml:space="preserve">  </w:t>
      </w:r>
      <w:r>
        <w:rPr>
          <w:color w:val="000000"/>
        </w:rPr>
        <w:t>______________________________________________________________________________________</w:t>
      </w:r>
    </w:p>
    <w:p w14:paraId="3E4ED15D" w14:textId="77777777" w:rsidR="006D2B5F" w:rsidRDefault="00D56855">
      <w:pPr>
        <w:spacing w:after="100"/>
      </w:pPr>
      <w:r>
        <w:rPr>
          <w:b/>
          <w:color w:val="000000"/>
        </w:rPr>
        <w:t xml:space="preserve">  </w:t>
      </w:r>
      <w:r>
        <w:rPr>
          <w:color w:val="000000"/>
        </w:rPr>
        <w:t>______________________________________________________________________________________</w:t>
      </w:r>
    </w:p>
    <w:p w14:paraId="70C2C05D" w14:textId="77777777" w:rsidR="006D2B5F" w:rsidRDefault="00D56855">
      <w:pPr>
        <w:spacing w:after="100"/>
      </w:pPr>
      <w:r>
        <w:rPr>
          <w:b/>
          <w:color w:val="000000"/>
        </w:rPr>
        <w:t xml:space="preserve">  </w:t>
      </w:r>
      <w:r>
        <w:rPr>
          <w:color w:val="000000"/>
        </w:rPr>
        <w:t>______________________________________________________________________________________</w:t>
      </w:r>
    </w:p>
    <w:p w14:paraId="7A5A98FB" w14:textId="77777777" w:rsidR="006D2B5F" w:rsidRDefault="00D56855">
      <w:pPr>
        <w:keepNext/>
        <w:spacing w:before="160" w:after="100"/>
      </w:pPr>
      <w:r>
        <w:rPr>
          <w:b/>
          <w:color w:val="315B3A"/>
          <w:sz w:val="22"/>
        </w:rPr>
        <w:t>DECISION AUTHORIZATION</w:t>
      </w:r>
    </w:p>
    <w:tbl>
      <w:tblPr>
        <w:tblW w:w="9360" w:type="dxa"/>
        <w:tblInd w:w="120" w:type="dxa"/>
        <w:tblLayout w:type="fixed"/>
        <w:tblLook w:val="04A0" w:firstRow="1" w:lastRow="0" w:firstColumn="1" w:lastColumn="0" w:noHBand="0" w:noVBand="1"/>
      </w:tblPr>
      <w:tblGrid>
        <w:gridCol w:w="4680"/>
        <w:gridCol w:w="4680"/>
      </w:tblGrid>
      <w:tr w:rsidR="006D2B5F" w14:paraId="0876052B" w14:textId="77777777">
        <w:tc>
          <w:tcPr>
            <w:tcW w:w="4680" w:type="dxa"/>
            <w:tcMar>
              <w:top w:w="80" w:type="dxa"/>
              <w:left w:w="120" w:type="dxa"/>
              <w:bottom w:w="80" w:type="dxa"/>
              <w:right w:w="120" w:type="dxa"/>
            </w:tcMar>
          </w:tcPr>
          <w:p w14:paraId="00ABD64A" w14:textId="77777777" w:rsidR="006D2B5F" w:rsidRDefault="00D56855">
            <w:r>
              <w:rPr>
                <w:b/>
                <w:color w:val="000000"/>
                <w:sz w:val="18"/>
              </w:rPr>
              <w:t>Authorized committee representative signature:</w:t>
            </w:r>
            <w:r>
              <w:rPr>
                <w:b/>
                <w:color w:val="000000"/>
                <w:sz w:val="18"/>
              </w:rPr>
              <w:br/>
            </w:r>
            <w:r>
              <w:rPr>
                <w:color w:val="000000"/>
                <w:sz w:val="18"/>
              </w:rPr>
              <w:t>__________________________________</w:t>
            </w:r>
          </w:p>
        </w:tc>
        <w:tc>
          <w:tcPr>
            <w:tcW w:w="4680" w:type="dxa"/>
            <w:tcMar>
              <w:top w:w="80" w:type="dxa"/>
              <w:left w:w="120" w:type="dxa"/>
              <w:bottom w:w="80" w:type="dxa"/>
              <w:right w:w="120" w:type="dxa"/>
            </w:tcMar>
          </w:tcPr>
          <w:p w14:paraId="5B488729" w14:textId="77777777" w:rsidR="006D2B5F" w:rsidRDefault="00D56855">
            <w:r>
              <w:rPr>
                <w:b/>
                <w:color w:val="000000"/>
                <w:sz w:val="18"/>
              </w:rPr>
              <w:t>Date:</w:t>
            </w:r>
            <w:r>
              <w:rPr>
                <w:b/>
                <w:color w:val="000000"/>
                <w:sz w:val="18"/>
              </w:rPr>
              <w:br/>
            </w:r>
            <w:r>
              <w:rPr>
                <w:color w:val="000000"/>
                <w:sz w:val="18"/>
              </w:rPr>
              <w:t>__________________________________</w:t>
            </w:r>
          </w:p>
        </w:tc>
      </w:tr>
      <w:tr w:rsidR="006D2B5F" w14:paraId="2CF0792D" w14:textId="77777777">
        <w:tc>
          <w:tcPr>
            <w:tcW w:w="4680" w:type="dxa"/>
            <w:tcMar>
              <w:top w:w="80" w:type="dxa"/>
              <w:left w:w="120" w:type="dxa"/>
              <w:bottom w:w="80" w:type="dxa"/>
              <w:right w:w="120" w:type="dxa"/>
            </w:tcMar>
          </w:tcPr>
          <w:p w14:paraId="32B0F653" w14:textId="77777777" w:rsidR="006D2B5F" w:rsidRDefault="00D56855">
            <w:r>
              <w:rPr>
                <w:b/>
                <w:color w:val="000000"/>
                <w:sz w:val="18"/>
              </w:rPr>
              <w:t>Printed name/title:</w:t>
            </w:r>
            <w:r>
              <w:rPr>
                <w:b/>
                <w:color w:val="000000"/>
                <w:sz w:val="18"/>
              </w:rPr>
              <w:br/>
            </w:r>
            <w:r>
              <w:rPr>
                <w:color w:val="000000"/>
                <w:sz w:val="18"/>
              </w:rPr>
              <w:t>__________________________________</w:t>
            </w:r>
          </w:p>
        </w:tc>
        <w:tc>
          <w:tcPr>
            <w:tcW w:w="4680" w:type="dxa"/>
            <w:tcMar>
              <w:top w:w="80" w:type="dxa"/>
              <w:left w:w="120" w:type="dxa"/>
              <w:bottom w:w="80" w:type="dxa"/>
              <w:right w:w="120" w:type="dxa"/>
            </w:tcMar>
          </w:tcPr>
          <w:p w14:paraId="49E68E5E" w14:textId="77777777" w:rsidR="006D2B5F" w:rsidRDefault="00D56855">
            <w:r>
              <w:rPr>
                <w:b/>
                <w:color w:val="000000"/>
                <w:sz w:val="18"/>
              </w:rPr>
              <w:t>Decision sent to homeowner on:</w:t>
            </w:r>
            <w:r>
              <w:rPr>
                <w:b/>
                <w:color w:val="000000"/>
                <w:sz w:val="18"/>
              </w:rPr>
              <w:br/>
            </w:r>
            <w:r>
              <w:rPr>
                <w:color w:val="000000"/>
                <w:sz w:val="18"/>
              </w:rPr>
              <w:t>__________________________________</w:t>
            </w:r>
          </w:p>
        </w:tc>
      </w:tr>
    </w:tbl>
    <w:p w14:paraId="206582B3" w14:textId="77777777" w:rsidR="006D2B5F" w:rsidRDefault="00D56855">
      <w:pPr>
        <w:spacing w:before="200" w:after="100"/>
      </w:pPr>
      <w:r>
        <w:rPr>
          <w:b/>
          <w:color w:val="315B3A"/>
          <w:sz w:val="19"/>
        </w:rPr>
        <w:t>IMPORTANT APPROVAL TERMS</w:t>
      </w:r>
    </w:p>
    <w:p w14:paraId="7153CE36" w14:textId="77777777" w:rsidR="006D2B5F" w:rsidRDefault="00D56855">
      <w:pPr>
        <w:spacing w:after="60"/>
        <w:ind w:left="317" w:hanging="230"/>
      </w:pPr>
      <w:r>
        <w:rPr>
          <w:color w:val="000000"/>
          <w:sz w:val="17"/>
        </w:rPr>
        <w:t>•  Approval applies only to the project described in this application and the attachments identified above.</w:t>
      </w:r>
    </w:p>
    <w:p w14:paraId="371AEEDF" w14:textId="77777777" w:rsidR="006D2B5F" w:rsidRDefault="00D56855">
      <w:pPr>
        <w:spacing w:after="60"/>
        <w:ind w:left="317" w:hanging="230"/>
      </w:pPr>
      <w:r>
        <w:rPr>
          <w:color w:val="000000"/>
          <w:sz w:val="17"/>
        </w:rPr>
        <w:t>•  The homeowner remains responsible for permits, utility locations, easements, drainage, property lines, contractor compliance, and all applicable laws of the City of Blue Springs, Jackson County, and the State of Missouri.</w:t>
      </w:r>
    </w:p>
    <w:p w14:paraId="1F4AA13A" w14:textId="77777777" w:rsidR="006D2B5F" w:rsidRDefault="00D56855">
      <w:pPr>
        <w:spacing w:after="60"/>
        <w:ind w:left="317" w:hanging="230"/>
      </w:pPr>
      <w:r>
        <w:rPr>
          <w:color w:val="000000"/>
          <w:sz w:val="17"/>
        </w:rPr>
        <w:t>•  Work must be completed according to the approved plans and any written conditions. Material deviations require prior written approval.</w:t>
      </w:r>
    </w:p>
    <w:p w14:paraId="0D17FB1A" w14:textId="77777777" w:rsidR="006D2B5F" w:rsidRDefault="00D56855">
      <w:pPr>
        <w:spacing w:after="60"/>
        <w:ind w:left="317" w:hanging="230"/>
      </w:pPr>
      <w:r>
        <w:rPr>
          <w:color w:val="000000"/>
          <w:sz w:val="17"/>
        </w:rPr>
        <w:t>•  This decision does not create a guarantee or warranty regarding structural integrity, safety, workmanship, drainage, code compliance, or the rights of third parties.</w:t>
      </w:r>
    </w:p>
    <w:sectPr w:rsidR="006D2B5F" w:rsidSect="00034616">
      <w:headerReference w:type="default" r:id="rId9"/>
      <w:footerReference w:type="default" r:id="rId10"/>
      <w:pgSz w:w="12240" w:h="15840"/>
      <w:pgMar w:top="893" w:right="1080" w:bottom="893"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96042" w14:textId="77777777" w:rsidR="00D56855" w:rsidRDefault="00D56855">
      <w:pPr>
        <w:spacing w:after="0"/>
      </w:pPr>
      <w:r>
        <w:separator/>
      </w:r>
    </w:p>
  </w:endnote>
  <w:endnote w:type="continuationSeparator" w:id="0">
    <w:p w14:paraId="337BB573" w14:textId="77777777" w:rsidR="00D56855" w:rsidRDefault="00D5685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D395" w14:textId="77777777" w:rsidR="006D2B5F" w:rsidRDefault="00D56855">
    <w:pPr>
      <w:pStyle w:val="Footer"/>
      <w:jc w:val="center"/>
    </w:pPr>
    <w:r>
      <w:rPr>
        <w:color w:val="666666"/>
        <w:sz w:val="16"/>
      </w:rPr>
      <w:t>Architectural Review Application  |  Retain a copy for your records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BF718" w14:textId="77777777" w:rsidR="00D56855" w:rsidRDefault="00D56855">
      <w:pPr>
        <w:spacing w:after="0"/>
      </w:pPr>
      <w:r>
        <w:separator/>
      </w:r>
    </w:p>
  </w:footnote>
  <w:footnote w:type="continuationSeparator" w:id="0">
    <w:p w14:paraId="5D6CD194" w14:textId="77777777" w:rsidR="00D56855" w:rsidRDefault="00D5685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A87F" w14:textId="77777777" w:rsidR="006D2B5F" w:rsidRDefault="00D56855">
    <w:pPr>
      <w:pStyle w:val="Header"/>
      <w:jc w:val="right"/>
    </w:pPr>
    <w:r>
      <w:rPr>
        <w:b/>
        <w:color w:val="315B3A"/>
        <w:sz w:val="16"/>
      </w:rPr>
      <w:t>STONE CREEK HOMEOWNERS ASSOCIATION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4030583">
    <w:abstractNumId w:val="8"/>
  </w:num>
  <w:num w:numId="2" w16cid:durableId="226453553">
    <w:abstractNumId w:val="6"/>
  </w:num>
  <w:num w:numId="3" w16cid:durableId="1914508964">
    <w:abstractNumId w:val="5"/>
  </w:num>
  <w:num w:numId="4" w16cid:durableId="986056211">
    <w:abstractNumId w:val="4"/>
  </w:num>
  <w:num w:numId="5" w16cid:durableId="276328039">
    <w:abstractNumId w:val="7"/>
  </w:num>
  <w:num w:numId="6" w16cid:durableId="1195115026">
    <w:abstractNumId w:val="3"/>
  </w:num>
  <w:num w:numId="7" w16cid:durableId="787312767">
    <w:abstractNumId w:val="2"/>
  </w:num>
  <w:num w:numId="8" w16cid:durableId="216674355">
    <w:abstractNumId w:val="1"/>
  </w:num>
  <w:num w:numId="9" w16cid:durableId="927928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6D62"/>
    <w:rsid w:val="0015074B"/>
    <w:rsid w:val="0029639D"/>
    <w:rsid w:val="00326F90"/>
    <w:rsid w:val="005C39B5"/>
    <w:rsid w:val="006D2B5F"/>
    <w:rsid w:val="00AA1D8D"/>
    <w:rsid w:val="00B47730"/>
    <w:rsid w:val="00CB0664"/>
    <w:rsid w:val="00D5685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A8399A"/>
  <w14:defaultImageDpi w14:val="300"/>
  <w15:docId w15:val="{50B8D604-FF29-4CA0-8C68-766B9A606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887</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Stone Creek HOA Architectural Review Application</dc:title>
  <dc:subject>Printable homeowner application and committee decision form</dc:subject>
  <dc:creator>Stone Creek Homeowners Association</dc:creator>
  <cp:keywords/>
  <dc:description>generated by python-docx</dc:description>
  <cp:lastModifiedBy>Area Real Estate</cp:lastModifiedBy>
  <cp:revision>2</cp:revision>
  <dcterms:created xsi:type="dcterms:W3CDTF">2026-09-14T12:45:00Z</dcterms:created>
  <dcterms:modified xsi:type="dcterms:W3CDTF">2026-09-14T12:45:00Z</dcterms:modified>
  <cp:category/>
</cp:coreProperties>
</file>